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2F2CB" w14:textId="77777777" w:rsidR="00BD028D" w:rsidRDefault="00000000">
      <w:pPr>
        <w:pStyle w:val="Nadpis1"/>
        <w:jc w:val="center"/>
      </w:pPr>
      <w:r>
        <w:t>Rozvrh kurzů angličtiny</w:t>
      </w:r>
    </w:p>
    <w:p w14:paraId="003952A8" w14:textId="77777777" w:rsidR="00BD028D" w:rsidRDefault="00000000">
      <w:pPr>
        <w:jc w:val="center"/>
      </w:pPr>
      <w:r>
        <w:t>Školní rok 2026/2027</w:t>
      </w:r>
      <w:r>
        <w:br/>
        <w:t>Malé skupiny (2–4 studenti) • 60 minut • Individuální přístup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39"/>
        <w:gridCol w:w="1439"/>
        <w:gridCol w:w="1438"/>
        <w:gridCol w:w="1438"/>
        <w:gridCol w:w="1438"/>
        <w:gridCol w:w="1438"/>
      </w:tblGrid>
      <w:tr w:rsidR="00BD028D" w14:paraId="069A0593" w14:textId="77777777">
        <w:trPr>
          <w:jc w:val="center"/>
        </w:trPr>
        <w:tc>
          <w:tcPr>
            <w:tcW w:w="1440" w:type="dxa"/>
          </w:tcPr>
          <w:p w14:paraId="3224A2A4" w14:textId="77777777" w:rsidR="00BB391A" w:rsidRDefault="00000000">
            <w:pPr>
              <w:jc w:val="center"/>
            </w:pPr>
            <w:r>
              <w:rPr>
                <w:rFonts w:ascii="Aptos" w:hAnsi="Aptos"/>
                <w:b/>
                <w:sz w:val="21"/>
              </w:rPr>
              <w:t>Den</w:t>
            </w:r>
          </w:p>
        </w:tc>
        <w:tc>
          <w:tcPr>
            <w:tcW w:w="1440" w:type="dxa"/>
          </w:tcPr>
          <w:p w14:paraId="42803C7B" w14:textId="77777777" w:rsidR="00BB391A" w:rsidRDefault="00000000">
            <w:pPr>
              <w:jc w:val="center"/>
            </w:pPr>
            <w:r>
              <w:rPr>
                <w:rFonts w:ascii="Aptos" w:hAnsi="Aptos"/>
                <w:b/>
                <w:sz w:val="21"/>
              </w:rPr>
              <w:t>14.00 – 15.00</w:t>
            </w:r>
          </w:p>
        </w:tc>
        <w:tc>
          <w:tcPr>
            <w:tcW w:w="1440" w:type="dxa"/>
          </w:tcPr>
          <w:p w14:paraId="4C9D06CF" w14:textId="77777777" w:rsidR="00BB391A" w:rsidRDefault="00000000">
            <w:pPr>
              <w:jc w:val="center"/>
            </w:pPr>
            <w:r>
              <w:rPr>
                <w:rFonts w:ascii="Aptos" w:hAnsi="Aptos"/>
                <w:b/>
                <w:sz w:val="21"/>
              </w:rPr>
              <w:t>15.00 – 16.00</w:t>
            </w:r>
          </w:p>
        </w:tc>
        <w:tc>
          <w:tcPr>
            <w:tcW w:w="1440" w:type="dxa"/>
          </w:tcPr>
          <w:p w14:paraId="3F1B2205" w14:textId="77777777" w:rsidR="00BB391A" w:rsidRDefault="00000000">
            <w:pPr>
              <w:jc w:val="center"/>
            </w:pPr>
            <w:r>
              <w:rPr>
                <w:rFonts w:ascii="Aptos" w:hAnsi="Aptos"/>
                <w:b/>
                <w:sz w:val="21"/>
              </w:rPr>
              <w:t>16.00 – 17.00</w:t>
            </w:r>
          </w:p>
        </w:tc>
        <w:tc>
          <w:tcPr>
            <w:tcW w:w="1440" w:type="dxa"/>
          </w:tcPr>
          <w:p w14:paraId="0EF4E619" w14:textId="77777777" w:rsidR="00BB391A" w:rsidRDefault="00000000">
            <w:pPr>
              <w:jc w:val="center"/>
            </w:pPr>
            <w:r>
              <w:rPr>
                <w:rFonts w:ascii="Aptos" w:hAnsi="Aptos"/>
                <w:b/>
                <w:sz w:val="21"/>
              </w:rPr>
              <w:t>17.00 – 18.00</w:t>
            </w:r>
          </w:p>
        </w:tc>
        <w:tc>
          <w:tcPr>
            <w:tcW w:w="1440" w:type="dxa"/>
          </w:tcPr>
          <w:p w14:paraId="642BFD1C" w14:textId="77777777" w:rsidR="00BB391A" w:rsidRDefault="00000000">
            <w:pPr>
              <w:jc w:val="center"/>
            </w:pPr>
            <w:r>
              <w:rPr>
                <w:rFonts w:ascii="Aptos" w:hAnsi="Aptos"/>
                <w:b/>
                <w:sz w:val="21"/>
              </w:rPr>
              <w:t>18.00 – 19.00</w:t>
            </w:r>
          </w:p>
        </w:tc>
      </w:tr>
      <w:tr w:rsidR="00BD028D" w14:paraId="30357BA9" w14:textId="77777777">
        <w:trPr>
          <w:jc w:val="center"/>
        </w:trPr>
        <w:tc>
          <w:tcPr>
            <w:tcW w:w="1440" w:type="dxa"/>
          </w:tcPr>
          <w:p w14:paraId="5DD4892E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Pondělí</w:t>
            </w:r>
          </w:p>
        </w:tc>
        <w:tc>
          <w:tcPr>
            <w:tcW w:w="1440" w:type="dxa"/>
          </w:tcPr>
          <w:p w14:paraId="3D9F8D11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🟪 5. třída</w:t>
            </w:r>
          </w:p>
        </w:tc>
        <w:tc>
          <w:tcPr>
            <w:tcW w:w="1440" w:type="dxa"/>
          </w:tcPr>
          <w:p w14:paraId="2CF39979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  <w:tc>
          <w:tcPr>
            <w:tcW w:w="1440" w:type="dxa"/>
          </w:tcPr>
          <w:p w14:paraId="185377B3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🟩 3. třída</w:t>
            </w:r>
          </w:p>
        </w:tc>
        <w:tc>
          <w:tcPr>
            <w:tcW w:w="1440" w:type="dxa"/>
          </w:tcPr>
          <w:p w14:paraId="5523BF1B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🟧 6. třída</w:t>
            </w:r>
          </w:p>
        </w:tc>
        <w:tc>
          <w:tcPr>
            <w:tcW w:w="1440" w:type="dxa"/>
          </w:tcPr>
          <w:p w14:paraId="576747AC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</w:tr>
      <w:tr w:rsidR="00BD028D" w14:paraId="2A49D974" w14:textId="77777777">
        <w:trPr>
          <w:jc w:val="center"/>
        </w:trPr>
        <w:tc>
          <w:tcPr>
            <w:tcW w:w="1440" w:type="dxa"/>
          </w:tcPr>
          <w:p w14:paraId="0ED5C4A2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Úterý</w:t>
            </w:r>
          </w:p>
        </w:tc>
        <w:tc>
          <w:tcPr>
            <w:tcW w:w="1440" w:type="dxa"/>
          </w:tcPr>
          <w:p w14:paraId="39E54435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🟩 3. třída</w:t>
            </w:r>
          </w:p>
        </w:tc>
        <w:tc>
          <w:tcPr>
            <w:tcW w:w="1440" w:type="dxa"/>
          </w:tcPr>
          <w:p w14:paraId="2B76786D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🟨 4. třída</w:t>
            </w:r>
          </w:p>
        </w:tc>
        <w:tc>
          <w:tcPr>
            <w:tcW w:w="1440" w:type="dxa"/>
          </w:tcPr>
          <w:p w14:paraId="7AF6B8E6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🟨 4. třída</w:t>
            </w:r>
          </w:p>
        </w:tc>
        <w:tc>
          <w:tcPr>
            <w:tcW w:w="1440" w:type="dxa"/>
          </w:tcPr>
          <w:p w14:paraId="66203E72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🟧 6. třída</w:t>
            </w:r>
          </w:p>
        </w:tc>
        <w:tc>
          <w:tcPr>
            <w:tcW w:w="1440" w:type="dxa"/>
          </w:tcPr>
          <w:p w14:paraId="7E089505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🟥 8. třída</w:t>
            </w:r>
          </w:p>
        </w:tc>
      </w:tr>
      <w:tr w:rsidR="00BD028D" w14:paraId="542C23A1" w14:textId="77777777">
        <w:trPr>
          <w:jc w:val="center"/>
        </w:trPr>
        <w:tc>
          <w:tcPr>
            <w:tcW w:w="1440" w:type="dxa"/>
          </w:tcPr>
          <w:p w14:paraId="6E27FBB3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Středa</w:t>
            </w:r>
          </w:p>
        </w:tc>
        <w:tc>
          <w:tcPr>
            <w:tcW w:w="1440" w:type="dxa"/>
          </w:tcPr>
          <w:p w14:paraId="0EEFE396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🟩 3. třída</w:t>
            </w:r>
          </w:p>
        </w:tc>
        <w:tc>
          <w:tcPr>
            <w:tcW w:w="1440" w:type="dxa"/>
          </w:tcPr>
          <w:p w14:paraId="23FAB827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🟪 5. třída</w:t>
            </w:r>
          </w:p>
        </w:tc>
        <w:tc>
          <w:tcPr>
            <w:tcW w:w="1440" w:type="dxa"/>
          </w:tcPr>
          <w:p w14:paraId="64776EA8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🟪 5. třída</w:t>
            </w:r>
          </w:p>
        </w:tc>
        <w:tc>
          <w:tcPr>
            <w:tcW w:w="1440" w:type="dxa"/>
          </w:tcPr>
          <w:p w14:paraId="54DD0F9A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🟦 7. třída</w:t>
            </w:r>
          </w:p>
        </w:tc>
        <w:tc>
          <w:tcPr>
            <w:tcW w:w="1440" w:type="dxa"/>
          </w:tcPr>
          <w:p w14:paraId="3FAC685A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🟥 8. třída</w:t>
            </w:r>
          </w:p>
        </w:tc>
      </w:tr>
      <w:tr w:rsidR="00BD028D" w14:paraId="04A4E47E" w14:textId="77777777">
        <w:trPr>
          <w:jc w:val="center"/>
        </w:trPr>
        <w:tc>
          <w:tcPr>
            <w:tcW w:w="1440" w:type="dxa"/>
          </w:tcPr>
          <w:p w14:paraId="3C5FB6A6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Čtvrtek</w:t>
            </w:r>
          </w:p>
        </w:tc>
        <w:tc>
          <w:tcPr>
            <w:tcW w:w="1440" w:type="dxa"/>
          </w:tcPr>
          <w:p w14:paraId="3EEECC01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🟪 5. třída</w:t>
            </w:r>
          </w:p>
        </w:tc>
        <w:tc>
          <w:tcPr>
            <w:tcW w:w="1440" w:type="dxa"/>
          </w:tcPr>
          <w:p w14:paraId="6A152A10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🟨 4. třída</w:t>
            </w:r>
          </w:p>
        </w:tc>
        <w:tc>
          <w:tcPr>
            <w:tcW w:w="1440" w:type="dxa"/>
          </w:tcPr>
          <w:p w14:paraId="48FB90A3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🟧 6. třída</w:t>
            </w:r>
          </w:p>
        </w:tc>
        <w:tc>
          <w:tcPr>
            <w:tcW w:w="1440" w:type="dxa"/>
          </w:tcPr>
          <w:p w14:paraId="75E89B79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🟥 8. třída</w:t>
            </w:r>
          </w:p>
        </w:tc>
        <w:tc>
          <w:tcPr>
            <w:tcW w:w="1440" w:type="dxa"/>
          </w:tcPr>
          <w:p w14:paraId="77A15E20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</w:tr>
      <w:tr w:rsidR="00BD028D" w14:paraId="4A46F3A3" w14:textId="77777777">
        <w:trPr>
          <w:jc w:val="center"/>
        </w:trPr>
        <w:tc>
          <w:tcPr>
            <w:tcW w:w="1440" w:type="dxa"/>
          </w:tcPr>
          <w:p w14:paraId="44DE7AC8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Pátek</w:t>
            </w:r>
          </w:p>
        </w:tc>
        <w:tc>
          <w:tcPr>
            <w:tcW w:w="1440" w:type="dxa"/>
          </w:tcPr>
          <w:p w14:paraId="26192FA9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  <w:tc>
          <w:tcPr>
            <w:tcW w:w="1440" w:type="dxa"/>
          </w:tcPr>
          <w:p w14:paraId="2F463A8A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  <w:tc>
          <w:tcPr>
            <w:tcW w:w="1440" w:type="dxa"/>
          </w:tcPr>
          <w:p w14:paraId="3440994C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  <w:tc>
          <w:tcPr>
            <w:tcW w:w="1440" w:type="dxa"/>
          </w:tcPr>
          <w:p w14:paraId="2D45D84B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  <w:tc>
          <w:tcPr>
            <w:tcW w:w="1440" w:type="dxa"/>
          </w:tcPr>
          <w:p w14:paraId="6B878D5C" w14:textId="77777777" w:rsidR="00BB391A" w:rsidRDefault="00000000">
            <w:pPr>
              <w:jc w:val="center"/>
            </w:pPr>
            <w:r>
              <w:rPr>
                <w:rFonts w:ascii="Aptos" w:hAnsi="Aptos"/>
              </w:rPr>
              <w:t>⬜ Volná skupina</w:t>
            </w:r>
          </w:p>
        </w:tc>
      </w:tr>
    </w:tbl>
    <w:p w14:paraId="1EFD9FBD" w14:textId="77777777" w:rsidR="00BD028D" w:rsidRDefault="00BD028D"/>
    <w:p w14:paraId="02E5E23E" w14:textId="77777777" w:rsidR="00BD028D" w:rsidRDefault="00000000">
      <w:pPr>
        <w:pStyle w:val="Nadpis2"/>
      </w:pPr>
      <w:r>
        <w:t>Legenda</w:t>
      </w:r>
    </w:p>
    <w:p w14:paraId="48250A10" w14:textId="77777777" w:rsidR="00BD028D" w:rsidRDefault="00000000">
      <w:pPr>
        <w:pStyle w:val="Seznamsodrkami"/>
      </w:pPr>
      <w:r>
        <w:t>🟩 3. třída</w:t>
      </w:r>
    </w:p>
    <w:p w14:paraId="4FFFE1BA" w14:textId="77777777" w:rsidR="00BD028D" w:rsidRDefault="00000000">
      <w:pPr>
        <w:pStyle w:val="Seznamsodrkami"/>
      </w:pPr>
      <w:r>
        <w:t>🟨 4. třída</w:t>
      </w:r>
    </w:p>
    <w:p w14:paraId="26838C37" w14:textId="77777777" w:rsidR="00BD028D" w:rsidRDefault="00000000">
      <w:pPr>
        <w:pStyle w:val="Seznamsodrkami"/>
      </w:pPr>
      <w:r>
        <w:t>🟪 5. třída</w:t>
      </w:r>
    </w:p>
    <w:p w14:paraId="1FA6E62F" w14:textId="77777777" w:rsidR="00BD028D" w:rsidRDefault="00000000">
      <w:pPr>
        <w:pStyle w:val="Seznamsodrkami"/>
      </w:pPr>
      <w:r>
        <w:t>🟧 6. třída</w:t>
      </w:r>
    </w:p>
    <w:p w14:paraId="60D9687F" w14:textId="77777777" w:rsidR="00BD028D" w:rsidRDefault="00000000">
      <w:pPr>
        <w:pStyle w:val="Seznamsodrkami"/>
      </w:pPr>
      <w:r>
        <w:t>🟦 7. třída</w:t>
      </w:r>
    </w:p>
    <w:p w14:paraId="0F8ABEA9" w14:textId="77777777" w:rsidR="00BD028D" w:rsidRDefault="00000000">
      <w:pPr>
        <w:pStyle w:val="Seznamsodrkami"/>
      </w:pPr>
      <w:r>
        <w:t>🟥 8.–9. třída</w:t>
      </w:r>
    </w:p>
    <w:p w14:paraId="58C109CC" w14:textId="77777777" w:rsidR="00BD028D" w:rsidRDefault="00000000">
      <w:pPr>
        <w:pStyle w:val="Seznamsodrkami"/>
      </w:pPr>
      <w:r>
        <w:t>⬜ Volná skupina</w:t>
      </w:r>
    </w:p>
    <w:sectPr w:rsidR="00BD02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52224E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918592">
    <w:abstractNumId w:val="8"/>
  </w:num>
  <w:num w:numId="2" w16cid:durableId="322052495">
    <w:abstractNumId w:val="6"/>
  </w:num>
  <w:num w:numId="3" w16cid:durableId="1264458002">
    <w:abstractNumId w:val="5"/>
  </w:num>
  <w:num w:numId="4" w16cid:durableId="925500264">
    <w:abstractNumId w:val="4"/>
  </w:num>
  <w:num w:numId="5" w16cid:durableId="1270351680">
    <w:abstractNumId w:val="7"/>
  </w:num>
  <w:num w:numId="6" w16cid:durableId="281226295">
    <w:abstractNumId w:val="3"/>
  </w:num>
  <w:num w:numId="7" w16cid:durableId="1259948571">
    <w:abstractNumId w:val="2"/>
  </w:num>
  <w:num w:numId="8" w16cid:durableId="167336184">
    <w:abstractNumId w:val="1"/>
  </w:num>
  <w:num w:numId="9" w16cid:durableId="175239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3F5"/>
    <w:rsid w:val="00286DE2"/>
    <w:rsid w:val="0029639D"/>
    <w:rsid w:val="00326F90"/>
    <w:rsid w:val="00A85642"/>
    <w:rsid w:val="00AA1D8D"/>
    <w:rsid w:val="00B47730"/>
    <w:rsid w:val="00BB391A"/>
    <w:rsid w:val="00BD028D"/>
    <w:rsid w:val="00CB0664"/>
    <w:rsid w:val="00D57A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2DCD5"/>
  <w14:defaultImageDpi w14:val="300"/>
  <w15:docId w15:val="{01F7CB6C-FC3F-4D18-AD6E-AA30D069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Vízková</cp:lastModifiedBy>
  <cp:revision>2</cp:revision>
  <dcterms:created xsi:type="dcterms:W3CDTF">2026-09-01T13:45:00Z</dcterms:created>
  <dcterms:modified xsi:type="dcterms:W3CDTF">2026-09-01T13:45:00Z</dcterms:modified>
  <cp:category/>
</cp:coreProperties>
</file>